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رواية مرآة الروح لنبيلة عبودي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بخروري كنزة/ سليخ يسرى/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