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سيميائية في رواية امراتان في امراة لنوال السعداوي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بوبكر رانية/ عبد الحفيظ هند/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 xml:space="preserve">أدب عربي حديث و معاصر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