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" الأرملة والشهيد " لعزوز شيدخ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عجرود دعاء/ طاع الله فريال/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