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محمد البشير الابراهيمي "العربية فضلها على العلم والمدنية .."دراسة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شهلة/ أعزيز رفيقة/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