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الفنية في المجموعة القصصية " ويلفظني البحر" لفاطمة قيدوش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مسيعود وريدة/ مقران عائدة/ خيضور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