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"جميلة " للقمان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بوقفة مليكة/ بوحبل رحمة/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