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السرد الشعري في سجنيات أبي فراس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بوسنة هالة/ مهناوي عماد/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