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الرحلة المغاربية -رحلة العياشي(ماء الموائد)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طاشي سارة/ فقراوي سعيدة/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