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حكايات ألف ليلة وليلة قصة" الأحد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قون منال/ مجاني إيهاب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