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"في حادثة  الإسراء والمعراج لمحمد بن جابر الأندلسي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بولرواق هنيدة/ بوزقيو نجاح/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