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التوجيهية في سورة النور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نقوب لميس/ كيحل منى/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