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أذلَّ الحرصُ والطمعُ الرقابا" لأبي العتاهية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زجاج صونية/ بومعالي وداد/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