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الخمريات بين الأعشى وابن عمار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زنداوي صفاء/ زنداوي خلود/ الهادي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