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الوصف عند ابن زمرك الأندلسي دراسة في المضامين والخصائص الفنية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كسيطة شعيب/ طالبي اسلام/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