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اللغة الشعرية في شعر يحي 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مسعي آمنة/ عليلي ابتسام/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