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التصريف العربي القديم في ضوء الفكر الصوتي المعاصر شرح لامية الافعال لعبد الكريم الفكون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زغبيب غنية/ أد/ وردة مسيلي(رئيسا)،د/ سليم مزهود(مشرفا و مقرّرا)،د/سليم عواريب(ممتحنا)،د/ عمار بشيري(ممتحنا)،أد/ ذهبيت بورويس(ممتحنا)،أد/ عبد الناصر بن طناش(ممتحنا)/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DN800007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التصريف العربي- الفكر الصوتي - التغيرات الصوتية- شرح لاميةالافعال- عبد الكريم الفكون.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