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الوسيط في شرح القانون المدني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عبدالرزاق أحمد السنهوري/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منشأة المعارف/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9770311383xxxxx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