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عقود الفيديك : عقود الانشاءات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عبدالله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9789777294034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