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قانون " نظرية القانون - نظرية الحق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72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