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تاريخ النظم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فاضلي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9789961009925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