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ait et ses dériv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dala Naz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2710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