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Agriculture et agrosystemes cerealiers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Belgat Saci/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