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biochimie et chimie alimen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kretche-Kelfat Sora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8258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