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L'algerie face au défi du déficit hydrique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H. Hamdani/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Editions Itineraires Scientifiques/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20*14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9789931825890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