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Morpho-logique et pratiques des Gsur des monts des Ksour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Mustapha Ameur Djeradi/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Editions Itineraires Scientifiques/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9789931825852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