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dactique des sci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ouhouche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8259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