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ادارة المعلومات وادارة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مفتاح محمد دياب/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