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الرياضيات بنظرة فلسفية : على خطى كفاييس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زبيدة مونية بن ميسي/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ألفا للوثائق/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9789931484318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