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 : التامينات الشخصية والعينية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340102101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