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رجل من زمن اخر ... : يوميات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9789947350966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