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شاهد عيان على مشاركة الطلبة في ثورة التحرير الجزائرية 1962-1954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عمار بوحوش/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9789947836774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