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سويداني بوجمعة ودوره في الحركة الوطنية وثورة التحرير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نظيرة/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9789947949634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