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المعركة الدبلوماسية للثورة الجزائرية : جهود الحكومة المؤقتة لتدويل القضية الجزائرية ( 1958-1960 )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عيلان للطبع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9789931992813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