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الطريقة التجانية وموقعها من الحكم المركزي بالجزائر 1782-1900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يوسف تلمساني/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9789947351086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