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الشعبية في الجنوب الشرقي الجزائري 1850-1875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بوقرين/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9789931390022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