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دبلوماسية الامير عبدالقادر الجزائري من خلال معاهدتي دي ميشال 1834- التافنة 1837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