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الدبلوماسية الامريكية في شمال افريقيا 1776-1817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