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عيات والنوادي الثقافية في مدينة الجزائر 1930-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09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