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اشكاليات ومقاربات في التاريخ الثقافي الجزائري اواخر القرن 19 ومطلع القرن 20م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مولود قرين/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الحضارية للنشر والتوزيع والتدريب/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9789931993742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