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سار الثورة الجزائري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بدعون للإعلام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633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