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الجزائري في المشرق 1853-1883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إسمى مهيبل/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