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أدوات السياسة المالية على تنويع الاقتصاد الجزائري خارج قطاع المحروقات مقاربة قياسية وتحليلية-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بوقرة كريمة/ بلحاج طارق(رئيسا)،بوشلاغم عميروش(مشرفا ومقررا)،داودي حمزة(ممتحنا)،كنيدة زوليخة(ممتحنا)،عياش زوبير(ممتحنا)،شرفي منصف(ممتحنا)/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DNECO88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>???? ??? ??????? ??? ???? ???? ??????? ??????? ?????? ??? ??????? ??? ??????? ?????????? ???? ???????? ??? ???????? ???????? ???? ?????? (2000-2021)? ?????? ??????? ??????? ??? ??????? ?????? ?? ????? ??? ??????? ??????? ?? ????? ?????? ????????? ?????? ??????? ?????????? ??? ????? ????????? ????? ????? ???? ?????????? ???????? ?? ???????? ???????? ????? ??????? ??????? ??????  ??????? ??????? ??? ??????? ????? ??????? ?????? ???? ?? ???? ????? ????????? ???????? (????? ??????? ???????) ??? ??????? ?????? (??????? ?????????)? ?? ???????? ??? ?????? ?????? ???????? ?? ???? ??????? ??? ?? ?????? ????????? ??? ?? ????????? ??? ?????? ?????????? ????? ??? ????? ??????? ??????? ??? ???????? ?????????? ?? ???? ????? ????? ????? ???????? ???????? (ACP) ?????? ???????? ??? ????? ??????? ??????? ?????? ???????? ?????? ??????? ??????? ??????? ????????? (ARDL)???? ??  ?????? ??????? ?????? ??? ??????? ??????????? ???????? ?????? Granger Gausality?Toda&amp;Yamamoto.</w:t>
        <w:br/>
        <w:br/>
        <w:t>????? ??????? ??? ?? ???? ????? ????? ????? ??????? ??????? ??????? ??? ??????? ????????? ?? ??????? ?? ????? ?????? ???????? ???? ??? ???? ??? ???? ??????? ??????? ??????? ??????? ?? ????? ????????? ??? ?? ?????? ????? ??? ?? ???????? ?????? ????? ?????? ?? ???? ????? ??????? ????? ????? ????? ??????? ?? ?????? ??? ??????? ??????????  ?? ?? ??????? ???????? ???? ???? ??????? ????????? ??? ??????? ?? ???? ??????? ????? ?? ??? ??? ??? ??????? ??? ??????? ????????? ?????? ?? ?????? ??????? ?????? ?????????????? ?????? ??????? ??????? ?? ????? ??????? ????????? ?? ???????? ???????? ????? ?????? ?????????????? ?????? ???? ?????? ???? ???? ????? ???????? ??????? ?? ??? ???????.?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