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الشيلي والجزائر : تاريخ تضامن مشترك صمد امام اختبار الزمن 1954-2021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إستيبان سيلفا كوادرا/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الحضارية للنشر والتوزيع والتدريب/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9789931993728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