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المعجم الموسوعي لمصطلحات الثورة الجزائرية 1954-1962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عبدالمالك مرتاض/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الكتاب العربي/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207ص.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9789947833940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معاجم وموسوعات متخصصة أدب عربي هبة/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