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Language latex en 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Damak Feriel/ Bezzag amira/ Rouibah Khaoula(Présidente),Mehazzem Allal(Rapporteur),Challouf Yassamine(Examinatrice)/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cd rom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Master-LMD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Centre universitaire Abdelhafid Boussouf Mila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51055511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