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الوظيفية المقارنة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المتوكل/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للعلوم ناشرون/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9786140102750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