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م المعاند وقصص اخ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ليش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485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