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التطوير التنظيمي والاداري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9789957065140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