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الفلسفة والدين في المغرب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9789961948972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