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Productions et réceptions culturelles littérature ; musique et cinéma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Hadj Miliani/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9789931598084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